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לכל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המשימות השונות בלוח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שפה בסיסיות: אותיות, ספירת מילים וזיהוי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דעה אישית על הטקסט במשפט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לצייר מתנה לדמות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שתי מילים שמתחילות באותה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לסמן שלוש משבצות בשורה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הכלל מאפשר שורה, טור או 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משבצת חובה שמתאימה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רק לבחור פרצוף ולצייר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לחיצה יוצרת לוח חדש מכרטיסי הרמה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סמל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(מתנה לדמות)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(אות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(סדרו תמונות)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(פרצוף 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(איפה זה קורה)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(ספרו מילים)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לשימוש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שלוש משימות שיוצרות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כל משימה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מסמנים את המשבצת אחרי שסיימו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שיש שורה שלמה של שלוש משבצות מסומנות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פרצוף מתאים ומילה כמו שמח, עצוב, כועס או מפחד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לפי הטקסט, למשל: בבית, ביער, בבית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הכוללת שם משימה וסיבה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נכונה שמתחילה באות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פרצוף רגש ברור - שמח, עצוב, כועס או מפחד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הלוח ולתת לכל תלמיד לבחור בעצמו שורה של שלוש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ההוראות בקול לתלמידים שמתקשים בקריאה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ציור כתחליף לכתיבה לתלמידים עם קושי מוטורי או שפתי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לכל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הבחירה יש תשע משימות קצרות שאפשר לעשות על כל טקסט - ציור, אותיות, רגשות, סדר אירועים וביטוי דעה. בוחרים שלוש משימות שיוצרות שורה ומבצעים אותן אחת אחת.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המשימות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במשימה "מתנה לדמות" התלמידים צריכים...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מתנה לדמות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שיר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תרגיל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במשימה "אות ראשונה" מחפשים בטקסט...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מילים שמתחילות באותה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המשבצת האמצעית בלוח, שמתאימה לכולם, מסומנת בסמל...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😀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כדי לנצח במשחק איקס עיגול צריך...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לסמן שלוש משבצות בשורה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תשע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את כל הטקסט פעמיים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לנצח בלוח איקס עיגול גם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עם הכוכב מתאימה רק לתלמידים חזקים.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"פרצוף רגש" צריך לכתוב חיבור ארוך.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לחיצה על "לוח חדש" יוצרת לוח עם משימות 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סמל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אות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סדרו תמונות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מתנה לדמות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😀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ספרו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פרצוף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איפה זה קורה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במשימה "__________ ראשונה" מחפשים מילים שמתחילות באותה 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במשימה "ספרו __________" סופרים כמה מילים יש במשפט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במשימה "הקיפו מילה" מקיפים בעיגול שלוש __________ שיודעים לקרוא.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במשימה "אני בוחר/ת" אומרים: אהבתי את...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לשימוש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שיש שורה שלמה של שלוש משבצות מסומנות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כל משימה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את המשבצת אחרי שסיימו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שלוש משימות שיוצרות שורה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פרצוף שמתאים לרגש של הדמות בטקסט וכתבו מילה אחת שמתארת את הרגש.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במילה אחת איפה קורה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המשימה שהכי אהבתם בלוח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שמתחילה באות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ציירו פרצוף שמתאים לרגש שהרגשתם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לכל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