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לכל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המשימות השונות בלוח 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מיומנויות שפה בסיסיות: אותיות, ספירת מילים וזיהוי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דעה אישית על הטקסט במשפט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המשימות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לצייר מתנה לדמות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שתי מילים שמתחילות באותה 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משבצת חובה שמתאימה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רק לבחור פרצוף ולצייר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סמל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(מתנה לדמות)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(אות 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(פרצוף 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(איפה זה קורה)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לשימוש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שלוש משימות שיוצרות 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מבצעים כל משימה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מסמנים את המשבצת אחרי שסיימו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פרצוף מתאים ומילה כמו שמח, עצוב, כועס או מפחד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הכוללת שם משימה וסיבה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נכונה שמתחילה באות שנבחרה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פרצוף רגש ברור - שמח, עצוב, כועס או מפחד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הלוח ולתת לכל תלמיד לבחור בעצמו שורה של שלוש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ההוראות בקול לתלמידים שמתקשים בקריאה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ציור כתחליף לכתיבה לתלמידים עם קושי מוטורי או שפתי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לכל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בלוח הבחירה יש תשע משימות קצרות שאפשר לעשות על כל טקסט - ציור, אותיות, רגשות, סדר אירועים וביטוי דעה. בוחרים שלוש משימות שיוצרות שורה ומבצעים אותן אחת 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מילים  ·  אות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המשימות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במשימה "מתנה לדמות" התלמידים צריכים...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לצייר מתנה לדמות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לכתוב שיר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לפתור תרגיל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במשימה "אות ראשונה" מחפשים בטקסט...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 מילים שמתחילות באותה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מילה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המשבצת עם הכוכב מתאימה רק לתלמידים חזקים.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במשימת "פרצוף רגש" צריך לכתוב חיבור ארוך.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סמל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אות 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איפה זה קורה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😀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מתנה לדמות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פרצוף רגש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במשימה "__________ ראשונה" מחפשים מילים שמתחילות באותה 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במשימה "ספרו __________" סופרים כמה מילים יש במשפט אחד.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לשימוש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שלוש משימות שיוצרות שורה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מסמנים את המשבצת אחרי שסיימו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מבצעים כל משימה בלוח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פרצוף שמתאים לרגש של הדמות בטקסט וכתבו מילה אחת שמתארת את הרגש.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המשימה שהכי אהבתם בלוח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שמתחילה באות שבחרתם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לכל 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